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9"/>
        <w:gridCol w:w="4861"/>
        <w:gridCol w:w="2136"/>
      </w:tblGrid>
      <w:tr w:rsidR="00BF3BCD" w:rsidRPr="001D4FCF" w14:paraId="7D1EA002" w14:textId="77777777" w:rsidTr="008B3038">
        <w:tc>
          <w:tcPr>
            <w:tcW w:w="1980" w:type="dxa"/>
            <w:tcBorders>
              <w:top w:val="single" w:sz="4" w:space="0" w:color="780A44"/>
              <w:left w:val="single" w:sz="4" w:space="0" w:color="FFFFFF" w:themeColor="background1"/>
              <w:bottom w:val="single" w:sz="4" w:space="0" w:color="780A44"/>
            </w:tcBorders>
          </w:tcPr>
          <w:p w14:paraId="700CB281" w14:textId="72885FDB" w:rsidR="00BF3BCD" w:rsidRPr="001D4FCF" w:rsidRDefault="00BF3BCD" w:rsidP="000C7A67">
            <w:pPr>
              <w:spacing w:line="276" w:lineRule="auto"/>
              <w:jc w:val="center"/>
              <w:rPr>
                <w:rFonts w:cs="Times New Roman"/>
                <w:b/>
                <w:sz w:val="28"/>
                <w:szCs w:val="24"/>
              </w:rPr>
            </w:pPr>
            <w:r>
              <w:rPr>
                <w:rFonts w:cs="Times New Roman"/>
                <w:b/>
                <w:noProof/>
                <w:sz w:val="28"/>
                <w:szCs w:val="24"/>
              </w:rPr>
              <w:t>[Journal Logo]</w:t>
            </w:r>
          </w:p>
        </w:tc>
        <w:tc>
          <w:tcPr>
            <w:tcW w:w="5386" w:type="dxa"/>
            <w:tcBorders>
              <w:top w:val="single" w:sz="4" w:space="0" w:color="780A44"/>
              <w:bottom w:val="single" w:sz="4" w:space="0" w:color="780A44"/>
            </w:tcBorders>
            <w:shd w:val="clear" w:color="auto" w:fill="771B5F"/>
          </w:tcPr>
          <w:p w14:paraId="3228EFEE" w14:textId="6B6F1F0B" w:rsidR="00BF3BCD" w:rsidRPr="00CC0D00" w:rsidRDefault="00BF3BCD" w:rsidP="000C7A6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color w:val="FFFFFF" w:themeColor="background1"/>
                <w:sz w:val="28"/>
                <w:szCs w:val="24"/>
              </w:rPr>
            </w:pPr>
            <w:r w:rsidRPr="00CC0D00">
              <w:rPr>
                <w:rFonts w:eastAsia="Times New Roman" w:cs="Times New Roman"/>
                <w:b/>
                <w:color w:val="FFFFFF" w:themeColor="background1"/>
                <w:sz w:val="28"/>
                <w:szCs w:val="24"/>
              </w:rPr>
              <w:t>[Journal Name]</w:t>
            </w:r>
          </w:p>
          <w:p w14:paraId="67895B0B" w14:textId="77777777" w:rsidR="00BF3BCD" w:rsidRPr="00CC0D00" w:rsidRDefault="00BF3BCD" w:rsidP="000C7A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FFFFFF" w:themeColor="background1"/>
                <w:szCs w:val="24"/>
              </w:rPr>
            </w:pPr>
          </w:p>
          <w:p w14:paraId="1B76B02E" w14:textId="672E50FD" w:rsidR="00BF3BCD" w:rsidRPr="00CC0D00" w:rsidRDefault="00BF3BCD" w:rsidP="000C7A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FFFFFF" w:themeColor="background1"/>
                <w:szCs w:val="24"/>
              </w:rPr>
            </w:pPr>
            <w:r w:rsidRPr="00CC0D00">
              <w:rPr>
                <w:b/>
                <w:bCs/>
                <w:color w:val="FFFFFF" w:themeColor="background1"/>
              </w:rPr>
              <w:t>[</w:t>
            </w:r>
            <w:r w:rsidRPr="00CC0D00">
              <w:rPr>
                <w:b/>
                <w:bCs/>
                <w:color w:val="FFFFFF" w:themeColor="background1"/>
              </w:rPr>
              <w:t>ISSN (Online)</w:t>
            </w:r>
            <w:r w:rsidRPr="00CC0D00">
              <w:rPr>
                <w:b/>
                <w:bCs/>
                <w:color w:val="FFFFFF" w:themeColor="background1"/>
              </w:rPr>
              <w:t>],</w:t>
            </w:r>
            <w:r w:rsidRPr="00CC0D00">
              <w:rPr>
                <w:color w:val="FFFFFF" w:themeColor="background1"/>
              </w:rPr>
              <w:t xml:space="preserve"> </w:t>
            </w:r>
            <w:r w:rsidRPr="00CC0D00">
              <w:rPr>
                <w:rFonts w:cs="Times New Roman"/>
                <w:b/>
                <w:bCs/>
                <w:color w:val="FFFFFF" w:themeColor="background1"/>
                <w:szCs w:val="24"/>
              </w:rPr>
              <w:t>[Vol]</w:t>
            </w:r>
            <w:r w:rsidRPr="00CC0D00">
              <w:rPr>
                <w:rFonts w:cs="Times New Roman"/>
                <w:b/>
                <w:bCs/>
                <w:color w:val="FFFFFF" w:themeColor="background1"/>
                <w:szCs w:val="24"/>
              </w:rPr>
              <w:t xml:space="preserve">, </w:t>
            </w:r>
            <w:r w:rsidRPr="00CC0D00">
              <w:rPr>
                <w:rFonts w:cs="Times New Roman"/>
                <w:b/>
                <w:bCs/>
                <w:color w:val="FFFFFF" w:themeColor="background1"/>
                <w:szCs w:val="24"/>
              </w:rPr>
              <w:t>[Issue]</w:t>
            </w:r>
            <w:r w:rsidRPr="00CC0D00">
              <w:rPr>
                <w:rFonts w:cs="Times New Roman"/>
                <w:b/>
                <w:bCs/>
                <w:color w:val="FFFFFF" w:themeColor="background1"/>
                <w:szCs w:val="24"/>
              </w:rPr>
              <w:t xml:space="preserve">, </w:t>
            </w:r>
            <w:r w:rsidRPr="00CC0D00">
              <w:rPr>
                <w:rFonts w:cs="Times New Roman"/>
                <w:b/>
                <w:bCs/>
                <w:color w:val="FFFFFF" w:themeColor="background1"/>
                <w:szCs w:val="24"/>
              </w:rPr>
              <w:t>[Year]</w:t>
            </w:r>
          </w:p>
          <w:p w14:paraId="545B8437" w14:textId="1EEF7D60" w:rsidR="00BF3BCD" w:rsidRPr="00CC0D00" w:rsidRDefault="00BF3BCD" w:rsidP="000C7A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FFFFFF" w:themeColor="background1"/>
              </w:rPr>
            </w:pPr>
            <w:r w:rsidRPr="00CC0D00">
              <w:rPr>
                <w:rFonts w:cs="Times New Roman"/>
                <w:color w:val="FFFFFF" w:themeColor="background1"/>
              </w:rPr>
              <w:t>DOI: (link)</w:t>
            </w:r>
          </w:p>
          <w:p w14:paraId="33519FDD" w14:textId="401A848A" w:rsidR="00BF3BCD" w:rsidRPr="001D4FCF" w:rsidRDefault="00BF3BCD" w:rsidP="000C7A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FFFFFF" w:themeColor="background1"/>
              </w:rPr>
            </w:pPr>
            <w:r w:rsidRPr="00CC0D00">
              <w:rPr>
                <w:rFonts w:cs="Times New Roman"/>
                <w:color w:val="FFFFFF" w:themeColor="background1"/>
              </w:rPr>
              <w:t>(j</w:t>
            </w:r>
            <w:r w:rsidRPr="00CC0D00">
              <w:rPr>
                <w:color w:val="FFFFFF" w:themeColor="background1"/>
              </w:rPr>
              <w:t>ournal_directory_link)</w:t>
            </w:r>
            <w:r w:rsidRPr="00CC0D00">
              <w:rPr>
                <w:rFonts w:cs="Times New Roman"/>
                <w:color w:val="FFFFFF" w:themeColor="background1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780A44"/>
              <w:bottom w:val="single" w:sz="4" w:space="0" w:color="780A44"/>
              <w:right w:val="single" w:sz="4" w:space="0" w:color="FFFFFF" w:themeColor="background1"/>
            </w:tcBorders>
          </w:tcPr>
          <w:p w14:paraId="5D6EC23E" w14:textId="77777777" w:rsidR="00BF3BCD" w:rsidRPr="001D4FCF" w:rsidRDefault="00BF3BCD" w:rsidP="000C7A67">
            <w:pPr>
              <w:spacing w:line="276" w:lineRule="auto"/>
              <w:rPr>
                <w:rFonts w:cs="Times New Roman"/>
                <w:b/>
                <w:sz w:val="28"/>
                <w:szCs w:val="24"/>
              </w:rPr>
            </w:pPr>
            <w:r w:rsidRPr="001D4FCF">
              <w:rPr>
                <w:rFonts w:cs="Times New Roman"/>
                <w:b/>
                <w:noProof/>
                <w:sz w:val="28"/>
                <w:szCs w:val="24"/>
              </w:rPr>
              <w:drawing>
                <wp:inline distT="0" distB="0" distL="0" distR="0" wp14:anchorId="5BFD85BD" wp14:editId="28009D0C">
                  <wp:extent cx="1212850" cy="933450"/>
                  <wp:effectExtent l="0" t="0" r="6350" b="0"/>
                  <wp:docPr id="5" name="Picture 5" descr="D:\LOGO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LOGO\LOG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50" t="9433" b="10378"/>
                          <a:stretch/>
                        </pic:blipFill>
                        <pic:spPr bwMode="auto">
                          <a:xfrm>
                            <a:off x="0" y="0"/>
                            <a:ext cx="12128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ED649D" w14:textId="39960D94" w:rsidR="00BF3BCD" w:rsidRPr="001D4FCF" w:rsidRDefault="00BF3BCD" w:rsidP="00BF3BCD">
      <w:pPr>
        <w:rPr>
          <w:rFonts w:cs="Times New Roman"/>
          <w:i/>
          <w:szCs w:val="24"/>
        </w:rPr>
      </w:pPr>
      <w:r>
        <w:rPr>
          <w:rFonts w:cs="Times New Roman"/>
          <w:i/>
          <w:szCs w:val="24"/>
        </w:rPr>
        <w:t xml:space="preserve">Article Type: </w:t>
      </w:r>
      <w:r w:rsidRPr="001D4FCF">
        <w:rPr>
          <w:rFonts w:cs="Times New Roman"/>
          <w:i/>
          <w:szCs w:val="24"/>
        </w:rPr>
        <w:t xml:space="preserve">Original </w:t>
      </w:r>
      <w:r>
        <w:rPr>
          <w:rFonts w:cs="Times New Roman"/>
          <w:i/>
          <w:szCs w:val="24"/>
        </w:rPr>
        <w:t xml:space="preserve">Research </w:t>
      </w:r>
      <w:r w:rsidRPr="001D4FCF">
        <w:rPr>
          <w:rFonts w:cs="Times New Roman"/>
          <w:i/>
          <w:szCs w:val="24"/>
        </w:rPr>
        <w:t>Article</w:t>
      </w:r>
    </w:p>
    <w:p w14:paraId="0C4714D7" w14:textId="4E98837F" w:rsidR="007A16D8" w:rsidRPr="008B3038" w:rsidRDefault="00000000" w:rsidP="004F0588">
      <w:pPr>
        <w:jc w:val="both"/>
        <w:rPr>
          <w:b/>
          <w:bCs/>
          <w:color w:val="771B5F"/>
        </w:rPr>
      </w:pPr>
      <w:r w:rsidRPr="008B3038">
        <w:rPr>
          <w:b/>
          <w:bCs/>
          <w:color w:val="771B5F"/>
        </w:rPr>
        <w:t>Article Title</w:t>
      </w:r>
      <w:r w:rsidR="004F0588" w:rsidRPr="008B3038">
        <w:rPr>
          <w:b/>
          <w:bCs/>
          <w:color w:val="771B5F"/>
        </w:rPr>
        <w:t xml:space="preserve"> (</w:t>
      </w:r>
      <w:proofErr w:type="spellStart"/>
      <w:r w:rsidR="004F0588" w:rsidRPr="008B3038">
        <w:rPr>
          <w:b/>
          <w:bCs/>
          <w:color w:val="771B5F"/>
        </w:rPr>
        <w:t>Colour</w:t>
      </w:r>
      <w:proofErr w:type="spellEnd"/>
      <w:r w:rsidR="004F0588" w:rsidRPr="008B3038">
        <w:rPr>
          <w:b/>
          <w:bCs/>
          <w:color w:val="771B5F"/>
        </w:rPr>
        <w:t xml:space="preserve"> Code: </w:t>
      </w:r>
      <w:r w:rsidR="008B3038" w:rsidRPr="008B3038">
        <w:rPr>
          <w:b/>
          <w:bCs/>
          <w:color w:val="771B5F"/>
        </w:rPr>
        <w:t>#771B5F</w:t>
      </w:r>
      <w:r w:rsidR="004F0588" w:rsidRPr="008B3038">
        <w:rPr>
          <w:b/>
          <w:bCs/>
          <w:color w:val="771B5F"/>
        </w:rPr>
        <w:t>)</w:t>
      </w:r>
    </w:p>
    <w:p w14:paraId="1DF7423E" w14:textId="77777777" w:rsidR="007A16D8" w:rsidRDefault="00000000" w:rsidP="008C17B4">
      <w:pPr>
        <w:jc w:val="both"/>
      </w:pPr>
      <w:r>
        <w:t>Provide a concise, informative, and specific title that accurately reflects the main focus of the study. Avoid abbreviations where possible.</w:t>
      </w:r>
    </w:p>
    <w:p w14:paraId="31B4F89A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Author(s)</w:t>
      </w:r>
    </w:p>
    <w:p w14:paraId="06B1E8A4" w14:textId="77777777" w:rsidR="007A16D8" w:rsidRDefault="00000000" w:rsidP="008C17B4">
      <w:pPr>
        <w:jc w:val="both"/>
      </w:pPr>
      <w:r>
        <w:t>List the full names of all authors in the agreed order. Include ORCID iDs where available.</w:t>
      </w:r>
    </w:p>
    <w:p w14:paraId="723693FF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Affiliations</w:t>
      </w:r>
    </w:p>
    <w:p w14:paraId="32D89539" w14:textId="77777777" w:rsidR="007A16D8" w:rsidRDefault="00000000" w:rsidP="008C17B4">
      <w:pPr>
        <w:jc w:val="both"/>
      </w:pPr>
      <w:r>
        <w:t>Provide each author's institutional affiliation, department, city, and country.</w:t>
      </w:r>
    </w:p>
    <w:p w14:paraId="39E181A7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Corresponding Author</w:t>
      </w:r>
    </w:p>
    <w:p w14:paraId="1B37A442" w14:textId="77777777" w:rsidR="007A16D8" w:rsidRDefault="00000000" w:rsidP="008C17B4">
      <w:pPr>
        <w:jc w:val="both"/>
      </w:pPr>
      <w:r>
        <w:t>Identify the corresponding author and provide email address and telephone number (optional).</w:t>
      </w:r>
    </w:p>
    <w:p w14:paraId="40A5417B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Abstract</w:t>
      </w:r>
    </w:p>
    <w:p w14:paraId="1ECDECCB" w14:textId="246AADAD" w:rsidR="007A16D8" w:rsidRDefault="00000000" w:rsidP="008C17B4">
      <w:pPr>
        <w:jc w:val="both"/>
      </w:pPr>
      <w:r>
        <w:t>Write a structured summary of 250</w:t>
      </w:r>
      <w:r w:rsidR="00D14765">
        <w:t>-</w:t>
      </w:r>
      <w:r>
        <w:t>300 words describing the background, objective, methodology, key findings, conclusions, and practical implications of the study. Do not include citations.</w:t>
      </w:r>
    </w:p>
    <w:p w14:paraId="5D01EACE" w14:textId="77777777" w:rsidR="007A16D8" w:rsidRPr="008B3038" w:rsidRDefault="00000000" w:rsidP="008C17B4">
      <w:pPr>
        <w:pStyle w:val="Heading1"/>
        <w:jc w:val="both"/>
        <w:rPr>
          <w:color w:val="771B5F"/>
        </w:rPr>
      </w:pPr>
      <w:r w:rsidRPr="008B3038">
        <w:rPr>
          <w:color w:val="771B5F"/>
        </w:rPr>
        <w:t>Keywords</w:t>
      </w:r>
    </w:p>
    <w:p w14:paraId="2D99D07B" w14:textId="24FC818B" w:rsidR="007A16D8" w:rsidRDefault="00000000" w:rsidP="008C17B4">
      <w:pPr>
        <w:jc w:val="both"/>
      </w:pPr>
      <w:r>
        <w:t>Provide 3</w:t>
      </w:r>
      <w:r w:rsidR="00D14765">
        <w:t>-</w:t>
      </w:r>
      <w:r>
        <w:t>6 keywords that are not already contained in the title and that improve discoverability.</w:t>
      </w:r>
    </w:p>
    <w:p w14:paraId="00DFCAE4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Introduction</w:t>
      </w:r>
    </w:p>
    <w:p w14:paraId="247735E4" w14:textId="77777777" w:rsidR="007A16D8" w:rsidRDefault="00000000" w:rsidP="008C17B4">
      <w:pPr>
        <w:jc w:val="both"/>
      </w:pPr>
      <w:r>
        <w:t>Introduce the research problem, provide background information, explain the significance of the study, identify the knowledge gap, state the objectives and/or hypotheses, and conclude with the structure of the paper where appropriate.</w:t>
      </w:r>
    </w:p>
    <w:p w14:paraId="0C5B33FD" w14:textId="77777777" w:rsidR="007A16D8" w:rsidRPr="008B3038" w:rsidRDefault="00000000" w:rsidP="008C17B4">
      <w:pPr>
        <w:pStyle w:val="Heading1"/>
        <w:jc w:val="both"/>
        <w:rPr>
          <w:color w:val="771B5F"/>
        </w:rPr>
      </w:pPr>
      <w:r w:rsidRPr="008B3038">
        <w:rPr>
          <w:color w:val="771B5F"/>
        </w:rPr>
        <w:lastRenderedPageBreak/>
        <w:t>Literature Review</w:t>
      </w:r>
    </w:p>
    <w:p w14:paraId="21E62CD1" w14:textId="77777777" w:rsidR="007A16D8" w:rsidRDefault="00000000" w:rsidP="008C17B4">
      <w:pPr>
        <w:jc w:val="both"/>
      </w:pPr>
      <w:r>
        <w:t>Critically review relevant theoretical and empirical literature, identify gaps in existing knowledge, and demonstrate how the current study contributes to the field.</w:t>
      </w:r>
    </w:p>
    <w:p w14:paraId="16521D17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Materials and Methods</w:t>
      </w:r>
    </w:p>
    <w:p w14:paraId="6732BE4D" w14:textId="77777777" w:rsidR="007A16D8" w:rsidRDefault="00000000" w:rsidP="008C17B4">
      <w:pPr>
        <w:jc w:val="both"/>
      </w:pPr>
      <w:r>
        <w:t>Describe the research design, study area, population, sampling procedures, data collection methods, instruments, ethical considerations, and data analysis techniques in sufficient detail to enable replication.</w:t>
      </w:r>
    </w:p>
    <w:p w14:paraId="20BB8859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Results</w:t>
      </w:r>
    </w:p>
    <w:p w14:paraId="556A7D92" w14:textId="77777777" w:rsidR="007A16D8" w:rsidRDefault="00000000" w:rsidP="008C17B4">
      <w:pPr>
        <w:jc w:val="both"/>
      </w:pPr>
      <w:r>
        <w:t>Present the findings objectively using text, tables, and figures where appropriate. Do not interpret the findings extensively in this section.</w:t>
      </w:r>
    </w:p>
    <w:p w14:paraId="71602F90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Discussion</w:t>
      </w:r>
    </w:p>
    <w:p w14:paraId="120DAC3D" w14:textId="77777777" w:rsidR="007A16D8" w:rsidRDefault="00000000" w:rsidP="008C17B4">
      <w:pPr>
        <w:jc w:val="both"/>
      </w:pPr>
      <w:r>
        <w:t>Interpret the findings, compare them with previous studies, explain similarities and differences, discuss theoretical and practical implications, and relate the findings to the study objectives.</w:t>
      </w:r>
    </w:p>
    <w:p w14:paraId="31955CA1" w14:textId="460D58FB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Conclusion</w:t>
      </w:r>
    </w:p>
    <w:p w14:paraId="4A0F565E" w14:textId="77777777" w:rsidR="007A16D8" w:rsidRDefault="00000000" w:rsidP="008C17B4">
      <w:pPr>
        <w:jc w:val="both"/>
      </w:pPr>
      <w:r>
        <w:t>Summarize the principal findings without introducing new information. State the overall contribution of the study.</w:t>
      </w:r>
    </w:p>
    <w:p w14:paraId="497131BC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Recommendations</w:t>
      </w:r>
    </w:p>
    <w:p w14:paraId="168DCE1E" w14:textId="77777777" w:rsidR="007A16D8" w:rsidRDefault="00000000" w:rsidP="008C17B4">
      <w:pPr>
        <w:jc w:val="both"/>
      </w:pPr>
      <w:r>
        <w:t>Provide practical, policy, managerial, or research recommendations derived from the study findings.</w:t>
      </w:r>
    </w:p>
    <w:p w14:paraId="5929200D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Limitations of the Study</w:t>
      </w:r>
    </w:p>
    <w:p w14:paraId="19BF73AF" w14:textId="77777777" w:rsidR="007A16D8" w:rsidRDefault="00000000" w:rsidP="008C17B4">
      <w:pPr>
        <w:jc w:val="both"/>
      </w:pPr>
      <w:r>
        <w:t>Briefly describe limitations that may affect the interpretation or generalizability of the findings and suggest areas for future research.</w:t>
      </w:r>
    </w:p>
    <w:p w14:paraId="60C5B5B2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Acknowledgements</w:t>
      </w:r>
    </w:p>
    <w:p w14:paraId="1BD8658D" w14:textId="77777777" w:rsidR="007A16D8" w:rsidRDefault="00000000" w:rsidP="008C17B4">
      <w:pPr>
        <w:jc w:val="both"/>
      </w:pPr>
      <w:r>
        <w:t>Recognize individuals or organizations that contributed to the work but do not meet authorship criteria.</w:t>
      </w:r>
    </w:p>
    <w:p w14:paraId="57BC9DAD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Funding Statement</w:t>
      </w:r>
    </w:p>
    <w:p w14:paraId="79F9CC50" w14:textId="77777777" w:rsidR="007A16D8" w:rsidRDefault="00000000" w:rsidP="008C17B4">
      <w:pPr>
        <w:jc w:val="both"/>
      </w:pPr>
      <w:r>
        <w:t>Identify all funding sources and grant numbers where applicable. If none, state that no specific funding was received.</w:t>
      </w:r>
    </w:p>
    <w:p w14:paraId="7F200A6D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lastRenderedPageBreak/>
        <w:t>Conflict of Interest</w:t>
      </w:r>
    </w:p>
    <w:p w14:paraId="0B3CF10F" w14:textId="77777777" w:rsidR="007A16D8" w:rsidRDefault="00000000" w:rsidP="008C17B4">
      <w:pPr>
        <w:jc w:val="both"/>
      </w:pPr>
      <w:r>
        <w:t>Declare any financial, personal, or institutional competing interests. If none, state that no competing interests exist.</w:t>
      </w:r>
    </w:p>
    <w:p w14:paraId="3BF890DC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Author Contributions</w:t>
      </w:r>
    </w:p>
    <w:p w14:paraId="49DA1B8B" w14:textId="77777777" w:rsidR="007A16D8" w:rsidRDefault="00000000" w:rsidP="008C17B4">
      <w:pPr>
        <w:jc w:val="both"/>
      </w:pPr>
      <w:r>
        <w:t>Describe each author's contribution to the study (e.g., conceptualization, methodology, analysis, writing, supervision).</w:t>
      </w:r>
    </w:p>
    <w:p w14:paraId="4F5F723F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Ethical Approval</w:t>
      </w:r>
    </w:p>
    <w:p w14:paraId="1BAEB10F" w14:textId="77777777" w:rsidR="007A16D8" w:rsidRDefault="00000000" w:rsidP="008C17B4">
      <w:pPr>
        <w:jc w:val="both"/>
      </w:pPr>
      <w:r>
        <w:t>State the ethics committee that approved the study and include approval reference numbers where applicable.</w:t>
      </w:r>
    </w:p>
    <w:p w14:paraId="17CB3B95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Informed Consent</w:t>
      </w:r>
    </w:p>
    <w:p w14:paraId="6AB98045" w14:textId="77777777" w:rsidR="007A16D8" w:rsidRDefault="00000000" w:rsidP="008C17B4">
      <w:pPr>
        <w:jc w:val="both"/>
      </w:pPr>
      <w:r>
        <w:t>Indicate whether informed consent was obtained from participants where applicable.</w:t>
      </w:r>
    </w:p>
    <w:p w14:paraId="697AB94C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Data Availability Statement</w:t>
      </w:r>
    </w:p>
    <w:p w14:paraId="24237778" w14:textId="77777777" w:rsidR="007A16D8" w:rsidRDefault="00000000" w:rsidP="008C17B4">
      <w:pPr>
        <w:jc w:val="both"/>
      </w:pPr>
      <w:r>
        <w:t>Explain where supporting data can be accessed or justify any restrictions on access.</w:t>
      </w:r>
    </w:p>
    <w:p w14:paraId="7FAB0EC8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Artificial Intelligence (AI) Disclosure</w:t>
      </w:r>
    </w:p>
    <w:p w14:paraId="606306D7" w14:textId="77777777" w:rsidR="007A16D8" w:rsidRDefault="00000000" w:rsidP="008C17B4">
      <w:pPr>
        <w:jc w:val="both"/>
      </w:pPr>
      <w:r>
        <w:t>Disclose any AI tools used in preparing the manuscript and explain how they were used. Confirm that authors reviewed and take responsibility for all content.</w:t>
      </w:r>
    </w:p>
    <w:p w14:paraId="520A4D6E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References</w:t>
      </w:r>
    </w:p>
    <w:p w14:paraId="7049614E" w14:textId="77777777" w:rsidR="007A16D8" w:rsidRDefault="00000000" w:rsidP="008C17B4">
      <w:pPr>
        <w:jc w:val="both"/>
      </w:pPr>
      <w:r>
        <w:t>List all cited works in APA 7th Edition style. Include DOIs wherever available.</w:t>
      </w:r>
    </w:p>
    <w:p w14:paraId="4A26E033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Appendices</w:t>
      </w:r>
    </w:p>
    <w:p w14:paraId="5073EFE6" w14:textId="77777777" w:rsidR="007A16D8" w:rsidRDefault="00000000" w:rsidP="008C17B4">
      <w:pPr>
        <w:jc w:val="both"/>
      </w:pPr>
      <w:r>
        <w:t>Include supplementary instruments, questionnaires, extended tables, or additional materials if necessary.</w:t>
      </w:r>
    </w:p>
    <w:p w14:paraId="0AC72F90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How to Cite (to be completed by Publisher)</w:t>
      </w:r>
    </w:p>
    <w:p w14:paraId="16785519" w14:textId="77777777" w:rsidR="007A16D8" w:rsidRDefault="00000000" w:rsidP="008C17B4">
      <w:pPr>
        <w:jc w:val="both"/>
      </w:pPr>
      <w:r>
        <w:t>After publication, the publisher will insert the official citation and DOI.</w:t>
      </w:r>
    </w:p>
    <w:p w14:paraId="216552E3" w14:textId="77777777" w:rsidR="007A16D8" w:rsidRPr="008B3038" w:rsidRDefault="00000000" w:rsidP="00D14765">
      <w:pPr>
        <w:pStyle w:val="Heading1"/>
        <w:spacing w:before="240"/>
        <w:jc w:val="both"/>
        <w:rPr>
          <w:color w:val="771B5F"/>
        </w:rPr>
      </w:pPr>
      <w:r w:rsidRPr="008B3038">
        <w:rPr>
          <w:color w:val="771B5F"/>
        </w:rPr>
        <w:t>Publisher Information Panel (to be completed by Publisher)</w:t>
      </w:r>
    </w:p>
    <w:p w14:paraId="472987C9" w14:textId="77777777" w:rsidR="007A16D8" w:rsidRDefault="00000000" w:rsidP="008C17B4">
      <w:pPr>
        <w:jc w:val="both"/>
      </w:pPr>
      <w:r>
        <w:t>This section will contain the DOI, QR Code, Creative Commons Licence, publisher information, article metrics (where applicable), and submission information for future manuscripts.</w:t>
      </w:r>
    </w:p>
    <w:sectPr w:rsidR="007A16D8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56568" w14:textId="77777777" w:rsidR="00D42400" w:rsidRDefault="00D42400" w:rsidP="00D14765">
      <w:pPr>
        <w:spacing w:after="0" w:line="240" w:lineRule="auto"/>
      </w:pPr>
      <w:r>
        <w:separator/>
      </w:r>
    </w:p>
  </w:endnote>
  <w:endnote w:type="continuationSeparator" w:id="0">
    <w:p w14:paraId="57CAD069" w14:textId="77777777" w:rsidR="00D42400" w:rsidRDefault="00D42400" w:rsidP="00D14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0F87F" w14:textId="77777777" w:rsidR="00D42400" w:rsidRDefault="00D42400" w:rsidP="00D14765">
      <w:pPr>
        <w:spacing w:after="0" w:line="240" w:lineRule="auto"/>
      </w:pPr>
      <w:r>
        <w:separator/>
      </w:r>
    </w:p>
  </w:footnote>
  <w:footnote w:type="continuationSeparator" w:id="0">
    <w:p w14:paraId="62AAEE3B" w14:textId="77777777" w:rsidR="00D42400" w:rsidRDefault="00D42400" w:rsidP="00D14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80" w:type="dxa"/>
      <w:tblInd w:w="-612" w:type="dxa"/>
      <w:shd w:val="clear" w:color="auto" w:fill="771B5F"/>
      <w:tblLook w:val="04A0" w:firstRow="1" w:lastRow="0" w:firstColumn="1" w:lastColumn="0" w:noHBand="0" w:noVBand="1"/>
    </w:tblPr>
    <w:tblGrid>
      <w:gridCol w:w="10080"/>
    </w:tblGrid>
    <w:tr w:rsidR="00D14765" w14:paraId="4F5BF07E" w14:textId="77777777" w:rsidTr="003B7FE8">
      <w:tc>
        <w:tcPr>
          <w:tcW w:w="10080" w:type="dxa"/>
          <w:shd w:val="clear" w:color="auto" w:fill="771B5F"/>
        </w:tcPr>
        <w:p w14:paraId="695A7C35" w14:textId="0E9D7055" w:rsidR="00D14765" w:rsidRDefault="00415878" w:rsidP="00CF4BF8">
          <w:pPr>
            <w:pStyle w:val="Header"/>
            <w:jc w:val="center"/>
          </w:pPr>
          <w:r>
            <w:rPr>
              <w:rFonts w:ascii="Times New Roman" w:eastAsia="Times New Roman" w:hAnsi="Times New Roman" w:cs="Times New Roman"/>
              <w:i/>
              <w:color w:val="FFFFFF" w:themeColor="background1"/>
              <w:szCs w:val="24"/>
            </w:rPr>
            <w:t>Journal Name</w:t>
          </w:r>
          <w:r w:rsidR="00D14765" w:rsidRPr="00900919">
            <w:rPr>
              <w:rFonts w:ascii="Times New Roman" w:eastAsia="Times New Roman" w:hAnsi="Times New Roman" w:cs="Times New Roman"/>
              <w:i/>
              <w:color w:val="FFFFFF" w:themeColor="background1"/>
              <w:szCs w:val="24"/>
            </w:rPr>
            <w:t>)</w:t>
          </w:r>
          <w:r w:rsidR="00D14765" w:rsidRPr="00900919">
            <w:rPr>
              <w:rFonts w:ascii="Times New Roman" w:hAnsi="Times New Roman" w:cs="Times New Roman"/>
              <w:color w:val="FFFFFF" w:themeColor="background1"/>
              <w:szCs w:val="24"/>
            </w:rPr>
            <w:t>,</w:t>
          </w:r>
          <w:r w:rsidR="00D14765" w:rsidRPr="00900919">
            <w:rPr>
              <w:rFonts w:ascii="Times New Roman" w:hAnsi="Times New Roman" w:cs="Times New Roman"/>
              <w:color w:val="FFFFFF" w:themeColor="background1"/>
            </w:rPr>
            <w:t xml:space="preserve"> </w:t>
          </w:r>
          <w:r w:rsidR="00D14765">
            <w:rPr>
              <w:rFonts w:ascii="Times New Roman" w:hAnsi="Times New Roman" w:cs="Times New Roman"/>
              <w:color w:val="FFFFFF"/>
            </w:rPr>
            <w:t xml:space="preserve">Vol, </w:t>
          </w:r>
          <w:proofErr w:type="spellStart"/>
          <w:r w:rsidR="00D14765">
            <w:rPr>
              <w:rFonts w:ascii="Times New Roman" w:hAnsi="Times New Roman" w:cs="Times New Roman"/>
              <w:color w:val="FFFFFF"/>
            </w:rPr>
            <w:t>Iss</w:t>
          </w:r>
          <w:proofErr w:type="spellEnd"/>
          <w:r>
            <w:rPr>
              <w:rFonts w:ascii="Times New Roman" w:hAnsi="Times New Roman" w:cs="Times New Roman"/>
              <w:color w:val="FFFFFF"/>
            </w:rPr>
            <w:t>.</w:t>
          </w:r>
        </w:p>
      </w:tc>
    </w:tr>
  </w:tbl>
  <w:p w14:paraId="1F5615DA" w14:textId="0CB7555F" w:rsidR="00D14765" w:rsidRPr="00D14765" w:rsidRDefault="00D14765" w:rsidP="00D147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5913041">
    <w:abstractNumId w:val="8"/>
  </w:num>
  <w:num w:numId="2" w16cid:durableId="492258543">
    <w:abstractNumId w:val="6"/>
  </w:num>
  <w:num w:numId="3" w16cid:durableId="358510623">
    <w:abstractNumId w:val="5"/>
  </w:num>
  <w:num w:numId="4" w16cid:durableId="752823345">
    <w:abstractNumId w:val="4"/>
  </w:num>
  <w:num w:numId="5" w16cid:durableId="1840347766">
    <w:abstractNumId w:val="7"/>
  </w:num>
  <w:num w:numId="6" w16cid:durableId="1389691582">
    <w:abstractNumId w:val="3"/>
  </w:num>
  <w:num w:numId="7" w16cid:durableId="1644382766">
    <w:abstractNumId w:val="2"/>
  </w:num>
  <w:num w:numId="8" w16cid:durableId="1924677688">
    <w:abstractNumId w:val="1"/>
  </w:num>
  <w:num w:numId="9" w16cid:durableId="1025402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7FE8"/>
    <w:rsid w:val="00415878"/>
    <w:rsid w:val="004353E5"/>
    <w:rsid w:val="004F0588"/>
    <w:rsid w:val="0062090B"/>
    <w:rsid w:val="007A16D8"/>
    <w:rsid w:val="008B3038"/>
    <w:rsid w:val="008C17B4"/>
    <w:rsid w:val="00900919"/>
    <w:rsid w:val="00A67442"/>
    <w:rsid w:val="00AA1D8D"/>
    <w:rsid w:val="00B47730"/>
    <w:rsid w:val="00BF3BCD"/>
    <w:rsid w:val="00CB0664"/>
    <w:rsid w:val="00CC0D00"/>
    <w:rsid w:val="00CF4BF8"/>
    <w:rsid w:val="00D14765"/>
    <w:rsid w:val="00D424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20FA3C"/>
  <w14:defaultImageDpi w14:val="300"/>
  <w15:docId w15:val="{7506D8DF-DCCF-47F7-B171-E2D292AF0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Bookman Old Style" w:hAnsi="Bookman Old Style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F3B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Ian</cp:lastModifiedBy>
  <cp:revision>11</cp:revision>
  <dcterms:created xsi:type="dcterms:W3CDTF">2013-12-23T23:15:00Z</dcterms:created>
  <dcterms:modified xsi:type="dcterms:W3CDTF">2026-07-19T14:42:00Z</dcterms:modified>
  <cp:category/>
</cp:coreProperties>
</file>